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 – מורשת תרבותית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הפרדוקס שבתיעוד מורשת 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שמות תואר בסיומות ־י/־ית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מבנה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טקס מסורתי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התיעוד מקפיא את המורשת ברגע אחד, בעוד היא משתנה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צריך שאנשים צעירים ימשיכו לעשות אותה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הקהילה וגם מי שלומד אותה - זה נושא לדיון 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מסורות בעל פה, אומנויות, טקסים, מוזיקה ושפות נחשבים מורשת.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תיעוד מקפיא רגע אחד ואינו מחליף המשך פעיל של המסורת.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תיעוד לבדו אינו מספיק, לדעתם.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להקפיא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(מבנים, שרידים ואתרים שאפשר לראות ולגעת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(מסורות בעל פה, אומנויות, טקסים, מוזיקה ושפות)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(הקלטה, צילום וכתיבה לשם שימור)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(מצב שבו פתרון אחד יוצר בעיה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(קבוצת אנשים המחזיקה ומעבירה מסורת משותפת)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- שמות תואר בסיומת ־י/־ית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מוזיקלי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היסטורי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תיעוד שומר רגע אחד בלבד, בעוד המורשת החיה ממשיכה להשתנות מדור לדור.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מורשת חיה דורשת שאנשים ימשיכו לעשות אותה בפועל, למשל ריקוד או מתכון שממשיכים להעביר ולא רק להקליט.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עמדה אחת: רק הקהילה המקורית היא הבעלים ושומרת על המשמעות. עמדה שנייה: כל מי שלומד ומעביר את המורשת גם הוא שותף לשימורה.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מוחשית - אפשר לגעת; בלתי מוחשית - מסורות, אומנויות,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תיעוד מקפיא רגע אחד בעוד המורשת משתנה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מתכון, ניגון, משחק או סיפור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ההבדל בין מוזיאון לבין חגיגה חיה של 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אישית ממשפחתם או מקהילתם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אפשר להרחיב ולבקש גם צורת נקבה (מסורתית, משפחתית וכו')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 – מורשת תרבותית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זה לומדים על ההבדל בין מורשת מוחשית - כמו מבנים ושרידים - למורשת בלתי מוחשית, כמו מסורות, אומנויות וטקסים. הדף עוסק גם בשאלה מעניינת: האם תיעוד מספיק כדי לשמר מורשת חיה?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דוגמה למורשת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ניגון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מדוברת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דוגמה למורשת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מצודה 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פסל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אתר ארכיאולוגי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הפרדוקס שמוזכר בטקסט לגבי תיעוד 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התיעוד עולה כסף רב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התיעוד מקפיא את המורשת ברגע אחד, בעוד היא משתנה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התיעוד פוגע בזכויות היוצרים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התיעוד דורש טכנולוגיה שאינה קיימת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יש הטוענים שתיעוד לבדו אינו מספיק לשימור מורשת חיה?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תיעוד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צריך שאנשים צעירים ימשיכו לעשות אותה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לתעד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תיעוד פוגע באיכות המורשת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יכול להיחשב 'בעלים' של מורשת, לפי הדיון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הקהילה שיצרה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מוסדות ממשלתיים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הקהילה וגם מי שלומד אותה - זה נושא לדיון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אנשי מקצוע מוסמכים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תרבותית כוללת רק מבנים ואתרים עתיקים.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מורשת בלתי מוחשית פותר לגמרי את בעיית השימור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בעשורים האחרונים גדלה בעולם ההכרה בחשיבות מורשת בלתי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חלק מהדעות בטקסט, הדרך האמיתית לשמר מורשת חיה היא שאנשים צעירים ימשיכו לעשות אותה.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__________ אפשר לגעת בה, לראות ולתעד בקלות יחסית.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מורשת __________ חיה רק כאשר אנשים ממשיכים לעשות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התיעוד עלול __________ את המורשת ברגע מסוים, בעוד היא ממשיכה להשתנות.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השאלה מי ה__________ של מורשת - הקהילה שיצרה אותה או כל מי שלומד אותה - פותחת דיון מעניין.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מסורות בעל פה, אומנויות, טקסים, מוזיקה ושפות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מורשת בלתי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הקלטה, צילום וכתיבה לשם שימור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מצב שבו פתרון אחד יוצר בעיה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פרדוקס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אנשים המחזיקה ומעבירה מסורת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מבנים, שרידים ואתרים שאפשר לראות ולגעת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 - שמות תואר בסיומת ־י/־ית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התואר שנוצר מהמילה 'מסורת'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התואר שנוצר מהמילה 'משפחה'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התואר שנוצר מהמילה 'קהילה'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התואר שנוצר מהמילה 'מוזיקה'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התואר שנוצר מהמילה 'היסטוריה'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הפרדוקס שבתיעוד מורשת בלתי מוחשית? הסבירו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תיעוד בלבד אינו מספיק כדי לשמר מורשת חיה? 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הציגו בקצרה שתי עמדות בשאלה מי 'בעליה' של מורשת - הקהילה שיצרה אותה או כל מי שלומד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הפרדוקס שבתיעוד מורשת חיה?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בלתי מוחשית מהסביבה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 – מורשת תרבותית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